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تحليل السياسة الخارجية مداخل مقارباتية مفاهيمية ونظرية لفهم السياسة الخارجية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بالة/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