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تحديات الأمن الاقليمي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جميلة علاق/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الفا للوثائق/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9789931087892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سياسية (320)/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