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الميسر في منهجية العلوم السياسية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