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التعددية السياسية : الايديولوجية الدينية . براغماتية سياسية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ديمة فائق طه أبو لطيفه/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9789923201091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سياسة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