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المختصر في مقياس الجريمة والعقوبة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ليطوش دليلة/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9789931086482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