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الاعتماد المسندي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فائق محمود الشماع/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9789923151808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