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الاستخبارات المصرية ودورها في المشروعالخارجي لمحمد علي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مصطفى يونس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الوفاء لدنيا الطباعة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9789776840454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سياسة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سياسة/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