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الحقوق الاجرائية : تنظيمها وحمايتها في القانون والفقه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9789776873087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