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تلوين الخطاب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المتوسطية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9789973889379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 هبة ( 800 )/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