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رواية "تسكنها روح ملاك " للزهراء مقري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هرنون نصيحة/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دلالة الرمز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