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"برج شهرزاد " لزكية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شقة فريال/ بوالجوع لبيض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البنية السردية في رواية '' برج شهرزاد''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