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المصطلح البلاغي في مرحلة التعليم المتوسط - السنةالأولى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سراوي عائدة/ زمور مروة/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تعليمية المصطلح البلاغي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