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ودوره في ترقية الملكة النقدية للمتعلم - السنة الثالثة متوسط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لبصيص سارة/ لبصيص سعيدة/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الحجاج ودوره في ترقية الملكة النقدية للمتعلم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