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الذكوري في رواية ليالي إيزيس كوبيا لوسيني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ميساء/ بوحلوفة هيام/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النسق الذكوري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