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"أوراسيات شقائق الرجال " لأماني مسعد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حارك إعتدال/ حافي راسو وئام/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رواية "أوراسيات شقائق الرجال 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