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التربية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BOURAOUI IBRAHIM EL KHALIL/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برتي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9789961693131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القانون/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