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الجماعات المحلية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9789961693124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