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صفقات العمو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2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