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طب العدلي القضائ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ياء عيد الله الأ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08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