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المدخل لدراسة الجرائم الواردة بالنظام الأساسي للمحكمة الدولية الجزء الاول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عبد الباسط سويلم/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9789777613781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