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عبد الحميد 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تركي رابح/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الطبعة الثانية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التربية والتعليم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370/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