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ريادة الاعمال في المنشات السياحية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يوسف كافي/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9789931484684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إدارة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إدارة ( 658)/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