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المهدي بن تومرت حياته وآراؤه وثورته الفكرية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الدكتور عبد المجيد النجار/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الطبعة الأولى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920151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السير والتراجم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السير والتراجم/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