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فهارس المعيار المعرب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أحمد بن يحيى الونشريسي/ الدكتور محمد حجي/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الغرب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572ص.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2100221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الدين الإسلامي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الدين الإسلامي(210)/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