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كتاب البيان المغرب في أخبار الأندلس والمغرب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ابن عذارى المراكشي/ إحسان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9569841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تاريخ العرب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تاريخ العرب/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