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الجنرال ديغول/ أحمد عويدات/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الثالثة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مطابع امبريمتو/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الجزائر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