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الحرب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الجنرال ديغول/ خليل هنداوي وابراهيم مرجانة/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الطبعة الثالثة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أوفست كونروغرافير/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9659431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تاريخ الجزائر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تاريخ الجزائر/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