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الأمل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الجنرال ديغول/ أحمد عويدات/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عويدات/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9659441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