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الفلسفة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هنري كوربان/ نصيرة مروة-حسن قبيسي/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عويدات/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956121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