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مسألة الإمامة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محسن عبد الناظر/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210781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