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الذخيرة في محاسن أهل الجزيرة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أبي الحسن علي بن بسام الشنتريني/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الدار العربية للكتاب/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534ص.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80047131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اللغة والأدب العربي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اللغة والأدب العربي/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