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المعجمي ودوره في الصناعة المعجمية الحديثة – قراءة في معجم الوجيز لمجمع اللغة العربية-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ڨورين ،وردة/ ضيف رضوان (مشرفا)/ عمروعياش، سيرين/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Linguistique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مذكرة لنيل شهادة الماستر في اللغة و 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