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المرافقة البيداغوجية ودورها في تحسين الكفاءة العلمية للطالب الجامعي طلبة معهد الاداب واللغات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بوالفول ،رحاب/ مسعوداني سارة(مشرفا)/ عرجون،فطيمة/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 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