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كتاب" في اللسانيات التعليمية مدخل نظري مفاهيمي" للمين  زايدي د راسة وصفية تحليلية.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بوعافية ،أنفال/ سراوي سهام (مشرفا)/ علوان،نور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