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النحو العربي أحكام ومعان لمحمد فاضل السامرائي الجزء الأول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صابوني،رقية/ هالة سليمة (مشرفا)/ طاي طاي،أميمة/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