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الثقافة التنظيمية كآلية لدعم التحول الرقمي في الجامعة الجزائرية دراسة حالة المركزالجامعي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بومنخور، دينة/ بن الراهم ،سارة/ خوازم حمزة(مشرفا)/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Management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M2/330/232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