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السياق في إنتاج الدلالة مختارات من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قردوح،نورة/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