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التحول الرقمي على الاداء المحاسبي دراسة حالة مؤسسة اتصالات الجزائر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حساني، يسرى/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