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الإداري للجماعات المحلية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مجدوب ،اسماء/ هنوس ،خولة/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administratif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