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اختيارات محمد محي الدين عبد الحميد النحوية من خلال تحقيقاته على شرح ابن عقيل ألفية ابن مالك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مشحالك،نسرين/ 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