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محكمة الجنايات الاستئنافية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إخلاص،مريزق/ وصال،يونسي/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Droit pénal et sciences criminelles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M2/340/67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