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الإقتصادية عند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المجيد مزيان/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الوطنية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330051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علوم إقتصادية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