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Mathematiques 1. analyse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Elie Azoulay/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Mc Graw Hill/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286p.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2704210640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510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mth c/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