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الديني الجزائري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ركيبي/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