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المرآة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حمدان بن عثمان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