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Progrmmation fortran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Seymour lipschutz/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.313p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007037984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mth c/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