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البيان والإعراب عما بأرض مصر من الأعراب للمقريزي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عابدين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