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الامام الرائد الشيخ محمد البشير الابراهيمي في ذكراه الاولى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الطاهر فضلاء/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ومطبعة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920081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السير والتراجم/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