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الأخلاقي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شريط/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علم الاجتماع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علم إجتماع/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