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التكاملي في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حمزة عبدالواحد حمادي/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9789923202834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